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Претензия по товару или заказу</w:t>
      </w:r>
    </w:p>
    <w:p>
      <w:r>
        <w:t>Продавцу: ИП Шрамко Вадиму Владленовичу, ИНН 773014239133.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81"/>
        <w:gridCol w:w="6973"/>
      </w:tblGrid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ФИО заявителя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Контакт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Номер заказа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Товар и модель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  <w:tr>
        <w:tc>
          <w:tcPr>
            <w:tcW w:type="dxa" w:w="2381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  <w:shd w:fill="E3EFEF"/>
          </w:tcPr>
          <w:p>
            <w:pPr>
              <w:spacing w:after="0"/>
            </w:pPr>
            <w:r>
              <w:rPr>
                <w:b/>
                <w:color w:val="1A3E72"/>
              </w:rPr>
              <w:t>Дата покупки</w:t>
            </w:r>
          </w:p>
        </w:tc>
        <w:tc>
          <w:tcPr>
            <w:tcW w:type="dxa" w:w="6973"/>
            <w:vAlign w:val="center"/>
            <w:tcBorders>
              <w:top w:val="single" w:sz="4" w:color="AFC1D0"/>
              <w:left w:val="single" w:sz="4" w:color="AFC1D0"/>
              <w:bottom w:val="single" w:sz="4" w:color="AFC1D0"/>
              <w:right w:val="single" w:sz="4" w:color="AFC1D0"/>
              <w:insideH w:val="single" w:sz="4" w:color="AFC1D0"/>
              <w:insideV w:val="single" w:sz="4" w:color="AFC1D0"/>
            </w:tcBorders>
          </w:tcPr>
          <w:p>
            <w:pPr>
              <w:spacing w:after="0"/>
            </w:pPr>
            <w:r>
              <w:t>________________________________________________________</w:t>
            </w:r>
          </w:p>
        </w:tc>
      </w:tr>
    </w:tbl>
    <w:p/>
    <w:p>
      <w:pPr>
        <w:pStyle w:val="Heading2"/>
      </w:pPr>
      <w:r>
        <w:t>Описание обстоятельств и недостатка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Требование покупателя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Приложения</w:t>
      </w:r>
    </w:p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721"/>
          </w:tcPr>
          <w:p>
            <w:pPr>
              <w:spacing w:after="0"/>
            </w:pPr>
            <w:r>
              <w:t>Дата</w:t>
              <w:br/>
              <w:t>________________________</w:t>
            </w:r>
          </w:p>
        </w:tc>
        <w:tc>
          <w:tcPr>
            <w:tcW w:type="dxa" w:w="3118"/>
          </w:tcPr>
          <w:p>
            <w:pPr>
              <w:spacing w:after="0"/>
            </w:pPr>
            <w:r>
              <w:t>Подпись</w:t>
              <w:br/>
              <w:t>________________________</w:t>
            </w:r>
          </w:p>
        </w:tc>
        <w:tc>
          <w:tcPr>
            <w:tcW w:type="dxa" w:w="3515"/>
          </w:tcPr>
          <w:p>
            <w:pPr>
              <w:spacing w:after="0"/>
            </w:pPr>
            <w:r>
              <w:t>Расшифровка подписи</w:t>
              <w:br/>
              <w:t>________________________</w:t>
            </w:r>
          </w:p>
        </w:tc>
      </w:tr>
    </w:tbl>
    <w:sectPr>
      <w:headerReference w:type="default" r:id="rId9"/>
      <w:footerReference w:type="default" r:id="rId10"/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5627F"/>
        <w:sz w:val="16"/>
      </w:rPr>
      <w:t>support@nivim.tech  •  nivim.tech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1A3E72"/>
        <w:sz w:val="24"/>
      </w:rPr>
      <w:t>NIVIM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A3E7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A3E7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по товару или заказу</dc:title>
  <dc:subject>Шаблон обращения NIVIM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